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 w:line="240" w:lineRule="auto"/>
        <w:jc w:val="center"/>
      </w:pPr>
      <w:r>
        <w:rPr>
          <w:rFonts w:ascii="Calibri" w:hAnsi="Calibri"/>
          <w:b/>
          <w:color w:val="666B65"/>
          <w:sz w:val="17"/>
        </w:rPr>
        <w:t>AIFAMILYTREE.ORG  |  FREE PERSONAL TEMPLATE</w:t>
      </w:r>
    </w:p>
    <w:p>
      <w:pPr>
        <w:spacing w:before="0" w:after="60" w:line="240" w:lineRule="auto"/>
        <w:jc w:val="center"/>
      </w:pPr>
      <w:r>
        <w:rPr>
          <w:rFonts w:ascii="Calibri" w:hAnsi="Calibri"/>
          <w:b/>
          <w:color w:val="1B4D3E"/>
          <w:sz w:val="44"/>
        </w:rPr>
        <w:t>Three-Generation Family Tree</w:t>
      </w:r>
    </w:p>
    <w:p>
      <w:pPr>
        <w:spacing w:before="0" w:after="140" w:line="240" w:lineRule="auto"/>
        <w:jc w:val="center"/>
      </w:pPr>
      <w:r>
        <w:rPr>
          <w:rFonts w:ascii="Calibri" w:hAnsi="Calibri"/>
          <w:b w:val="0"/>
          <w:color w:val="666B65"/>
          <w:sz w:val="18"/>
        </w:rPr>
        <w:t>Type or write one focus person, two parents, and four grandparents. Leave unknown facts blank.</w:t>
      </w:r>
    </w:p>
    <w:tbl>
      <w:tblPr>
        <w:tblW w:type="dxa" w:w="14256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3564"/>
        <w:gridCol w:w="3564"/>
        <w:gridCol w:w="3564"/>
        <w:gridCol w:w="3564"/>
      </w:tblGrid>
      <w:tr>
        <w:tc>
          <w:tcPr>
            <w:tcW w:type="dxa" w:w="3564"/>
            <w:vAlign w:val="center"/>
            <w:tcBorders>
              <w:top w:val="single" w:sz="10" w:color="1B4D3E"/>
              <w:start w:val="single" w:sz="10" w:color="1B4D3E"/>
              <w:bottom w:val="single" w:sz="10" w:color="1B4D3E"/>
              <w:end w:val="single" w:sz="10" w:color="1B4D3E"/>
            </w:tcBorders>
            <w:tcMar>
              <w:top w:w="100" w:type="dxa"/>
              <w:start w:w="140" w:type="dxa"/>
              <w:bottom w:w="100" w:type="dxa"/>
              <w:end w:w="140" w:type="dxa"/>
            </w:tcMar>
            <w:shd w:fill="FBF8F0"/>
          </w:tcPr>
          <w:p>
            <w:pPr>
              <w:spacing w:before="0" w:after="40" w:line="240" w:lineRule="auto"/>
            </w:pPr>
            <w:r>
              <w:rPr>
                <w:rFonts w:ascii="Calibri" w:hAnsi="Calibri"/>
                <w:b/>
                <w:color w:val="1B4D3E"/>
                <w:sz w:val="18"/>
              </w:rPr>
              <w:t>GRANDPARENT 1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Name: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Born: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Place: __________________________________</w:t>
            </w:r>
          </w:p>
        </w:tc>
        <w:tc>
          <w:tcPr>
            <w:tcW w:type="dxa" w:w="3564"/>
            <w:vAlign w:val="center"/>
            <w:tcBorders>
              <w:top w:val="single" w:sz="10" w:color="1B4D3E"/>
              <w:start w:val="single" w:sz="10" w:color="1B4D3E"/>
              <w:bottom w:val="single" w:sz="10" w:color="1B4D3E"/>
              <w:end w:val="single" w:sz="10" w:color="1B4D3E"/>
            </w:tcBorders>
            <w:tcMar>
              <w:top w:w="100" w:type="dxa"/>
              <w:start w:w="140" w:type="dxa"/>
              <w:bottom w:w="100" w:type="dxa"/>
              <w:end w:w="140" w:type="dxa"/>
            </w:tcMar>
            <w:shd w:fill="FBF8F0"/>
          </w:tcPr>
          <w:p>
            <w:pPr>
              <w:spacing w:before="0" w:after="40" w:line="240" w:lineRule="auto"/>
            </w:pPr>
            <w:r>
              <w:rPr>
                <w:rFonts w:ascii="Calibri" w:hAnsi="Calibri"/>
                <w:b/>
                <w:color w:val="1B4D3E"/>
                <w:sz w:val="18"/>
              </w:rPr>
              <w:t>GRANDPARENT 2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Name: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Born: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Place: __________________________________</w:t>
            </w:r>
          </w:p>
        </w:tc>
        <w:tc>
          <w:tcPr>
            <w:tcW w:type="dxa" w:w="3564"/>
            <w:vAlign w:val="center"/>
            <w:tcBorders>
              <w:top w:val="single" w:sz="10" w:color="1B4D3E"/>
              <w:start w:val="single" w:sz="10" w:color="1B4D3E"/>
              <w:bottom w:val="single" w:sz="10" w:color="1B4D3E"/>
              <w:end w:val="single" w:sz="10" w:color="1B4D3E"/>
            </w:tcBorders>
            <w:tcMar>
              <w:top w:w="100" w:type="dxa"/>
              <w:start w:w="140" w:type="dxa"/>
              <w:bottom w:w="100" w:type="dxa"/>
              <w:end w:w="140" w:type="dxa"/>
            </w:tcMar>
            <w:shd w:fill="FBF8F0"/>
          </w:tcPr>
          <w:p>
            <w:pPr>
              <w:spacing w:before="0" w:after="40" w:line="240" w:lineRule="auto"/>
            </w:pPr>
            <w:r>
              <w:rPr>
                <w:rFonts w:ascii="Calibri" w:hAnsi="Calibri"/>
                <w:b/>
                <w:color w:val="1B4D3E"/>
                <w:sz w:val="18"/>
              </w:rPr>
              <w:t>GRANDPARENT 3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Name: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Born: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Place: __________________________________</w:t>
            </w:r>
          </w:p>
        </w:tc>
        <w:tc>
          <w:tcPr>
            <w:tcW w:type="dxa" w:w="3564"/>
            <w:vAlign w:val="center"/>
            <w:tcBorders>
              <w:top w:val="single" w:sz="10" w:color="1B4D3E"/>
              <w:start w:val="single" w:sz="10" w:color="1B4D3E"/>
              <w:bottom w:val="single" w:sz="10" w:color="1B4D3E"/>
              <w:end w:val="single" w:sz="10" w:color="1B4D3E"/>
            </w:tcBorders>
            <w:tcMar>
              <w:top w:w="100" w:type="dxa"/>
              <w:start w:w="140" w:type="dxa"/>
              <w:bottom w:w="100" w:type="dxa"/>
              <w:end w:w="140" w:type="dxa"/>
            </w:tcMar>
            <w:shd w:fill="FBF8F0"/>
          </w:tcPr>
          <w:p>
            <w:pPr>
              <w:spacing w:before="0" w:after="40" w:line="240" w:lineRule="auto"/>
            </w:pPr>
            <w:r>
              <w:rPr>
                <w:rFonts w:ascii="Calibri" w:hAnsi="Calibri"/>
                <w:b/>
                <w:color w:val="1B4D3E"/>
                <w:sz w:val="18"/>
              </w:rPr>
              <w:t>GRANDPARENT 4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Name: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Born: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Place: __________________________________</w:t>
            </w:r>
          </w:p>
        </w:tc>
      </w:tr>
    </w:tbl>
    <w:p>
      <w:pPr>
        <w:spacing w:before="0" w:after="0" w:line="192" w:lineRule="auto"/>
        <w:jc w:val="center"/>
      </w:pPr>
      <w:r>
        <w:rPr>
          <w:rFonts w:ascii="Calibri" w:hAnsi="Calibri"/>
          <w:b/>
          <w:color w:val="C58B2A"/>
          <w:sz w:val="20"/>
        </w:rPr>
        <w:t>|</w:t>
      </w:r>
    </w:p>
    <w:tbl>
      <w:tblPr>
        <w:tblW w:type="dxa" w:w="14256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7128"/>
        <w:gridCol w:w="7128"/>
      </w:tblGrid>
      <w:tr>
        <w:tc>
          <w:tcPr>
            <w:tcW w:type="dxa" w:w="7128"/>
            <w:vAlign w:val="center"/>
            <w:tcBorders>
              <w:top w:val="single" w:sz="10" w:color="1B4D3E"/>
              <w:start w:val="single" w:sz="10" w:color="1B4D3E"/>
              <w:bottom w:val="single" w:sz="10" w:color="1B4D3E"/>
              <w:end w:val="single" w:sz="10" w:color="1B4D3E"/>
            </w:tcBorders>
            <w:tcMar>
              <w:top w:w="100" w:type="dxa"/>
              <w:start w:w="140" w:type="dxa"/>
              <w:bottom w:w="100" w:type="dxa"/>
              <w:end w:w="140" w:type="dxa"/>
            </w:tcMar>
            <w:shd w:fill="FBF8F0"/>
          </w:tcPr>
          <w:p>
            <w:pPr>
              <w:spacing w:before="0" w:after="40" w:line="240" w:lineRule="auto"/>
            </w:pPr>
            <w:r>
              <w:rPr>
                <w:rFonts w:ascii="Calibri" w:hAnsi="Calibri"/>
                <w:b/>
                <w:color w:val="1B4D3E"/>
                <w:sz w:val="18"/>
              </w:rPr>
              <w:t>PARENT 1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Name: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Born: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Place: __________________________________</w:t>
            </w:r>
          </w:p>
        </w:tc>
        <w:tc>
          <w:tcPr>
            <w:tcW w:type="dxa" w:w="7128"/>
            <w:vAlign w:val="center"/>
            <w:tcBorders>
              <w:top w:val="single" w:sz="10" w:color="1B4D3E"/>
              <w:start w:val="single" w:sz="10" w:color="1B4D3E"/>
              <w:bottom w:val="single" w:sz="10" w:color="1B4D3E"/>
              <w:end w:val="single" w:sz="10" w:color="1B4D3E"/>
            </w:tcBorders>
            <w:tcMar>
              <w:top w:w="100" w:type="dxa"/>
              <w:start w:w="140" w:type="dxa"/>
              <w:bottom w:w="100" w:type="dxa"/>
              <w:end w:w="140" w:type="dxa"/>
            </w:tcMar>
            <w:shd w:fill="FBF8F0"/>
          </w:tcPr>
          <w:p>
            <w:pPr>
              <w:spacing w:before="0" w:after="40" w:line="240" w:lineRule="auto"/>
            </w:pPr>
            <w:r>
              <w:rPr>
                <w:rFonts w:ascii="Calibri" w:hAnsi="Calibri"/>
                <w:b/>
                <w:color w:val="1B4D3E"/>
                <w:sz w:val="18"/>
              </w:rPr>
              <w:t>PARENT 2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Name: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Born: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Place: __________________________________</w:t>
            </w:r>
          </w:p>
        </w:tc>
      </w:tr>
    </w:tbl>
    <w:p>
      <w:pPr>
        <w:spacing w:before="0" w:after="0" w:line="192" w:lineRule="auto"/>
        <w:jc w:val="center"/>
      </w:pPr>
      <w:r>
        <w:rPr>
          <w:rFonts w:ascii="Calibri" w:hAnsi="Calibri"/>
          <w:b/>
          <w:color w:val="C58B2A"/>
          <w:sz w:val="20"/>
        </w:rPr>
        <w:t>|</w:t>
      </w:r>
    </w:p>
    <w:tbl>
      <w:tblPr>
        <w:tblW w:type="dxa" w:w="14256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4256"/>
      </w:tblGrid>
      <w:tr>
        <w:tc>
          <w:tcPr>
            <w:tcW w:type="dxa" w:w="14256"/>
            <w:vAlign w:val="center"/>
            <w:tcBorders>
              <w:top w:val="single" w:sz="10" w:color="1B4D3E"/>
              <w:start w:val="single" w:sz="10" w:color="1B4D3E"/>
              <w:bottom w:val="single" w:sz="10" w:color="1B4D3E"/>
              <w:end w:val="single" w:sz="10" w:color="1B4D3E"/>
            </w:tcBorders>
            <w:tcMar>
              <w:top w:w="100" w:type="dxa"/>
              <w:start w:w="140" w:type="dxa"/>
              <w:bottom w:w="100" w:type="dxa"/>
              <w:end w:w="140" w:type="dxa"/>
            </w:tcMar>
            <w:shd w:fill="FBF8F0"/>
          </w:tcPr>
          <w:p>
            <w:pPr>
              <w:spacing w:before="0" w:after="40" w:line="240" w:lineRule="auto"/>
            </w:pPr>
            <w:r>
              <w:rPr>
                <w:rFonts w:ascii="Calibri" w:hAnsi="Calibri"/>
                <w:b/>
                <w:color w:val="1B4D3E"/>
                <w:sz w:val="18"/>
              </w:rPr>
              <w:t>FOCUS PERSON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Name: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Born: __________________________________</w:t>
            </w:r>
          </w:p>
          <w:p>
            <w:pPr>
              <w:spacing w:before="0" w:after="20" w:line="240" w:lineRule="auto"/>
            </w:pPr>
            <w:r>
              <w:rPr>
                <w:rFonts w:ascii="Calibri" w:hAnsi="Calibri"/>
                <w:b w:val="0"/>
                <w:color w:val="20241F"/>
                <w:sz w:val="17"/>
              </w:rPr>
              <w:t>Place: __________________________________</w:t>
            </w:r>
          </w:p>
        </w:tc>
      </w:tr>
    </w:tbl>
    <w:p>
      <w:pPr>
        <w:spacing w:before="100" w:after="0" w:line="240" w:lineRule="auto"/>
        <w:jc w:val="center"/>
      </w:pPr>
      <w:r>
        <w:rPr>
          <w:rFonts w:ascii="Calibri" w:hAnsi="Calibri"/>
          <w:b w:val="0"/>
          <w:color w:val="666B65"/>
          <w:sz w:val="17"/>
        </w:rPr>
        <w:t>Privacy check: remove exact dates, addresses, and private notes before sharing a copy.</w:t>
      </w:r>
    </w:p>
    <w:sectPr w:rsidR="00FC693F" w:rsidRPr="0006063C" w:rsidSect="00034616">
      <w:footerReference w:type="default" r:id="rId9"/>
      <w:pgSz w:w="15840" w:h="12240" w:orient="landscape"/>
      <w:pgMar w:top="720" w:right="792" w:bottom="648" w:left="792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</w:pPr>
    <w:r>
      <w:rPr>
        <w:rFonts w:ascii="Calibri" w:hAnsi="Calibri"/>
        <w:b w:val="0"/>
        <w:color w:val="777777"/>
        <w:sz w:val="16"/>
      </w:rPr>
      <w:t>Free for personal and classroom use | aifamilytree.org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Three-Generation Family Tree Template</dc:title>
  <dc:subject>Editable family tree template</dc:subject>
  <dc:creator>AI Family Tree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